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83363" w14:textId="3DD6338E" w:rsidR="00F23D00" w:rsidRPr="00773BEA" w:rsidRDefault="007703D7" w:rsidP="00070174">
      <w:pPr>
        <w:spacing w:afterLines="50" w:after="120" w:line="580" w:lineRule="exact"/>
        <w:jc w:val="center"/>
        <w:rPr>
          <w:rFonts w:ascii="微軟正黑體" w:eastAsia="微軟正黑體" w:hAnsi="微軟正黑體"/>
          <w:sz w:val="36"/>
          <w:szCs w:val="36"/>
          <w:lang w:eastAsia="zh-TW"/>
        </w:rPr>
      </w:pPr>
      <w:r>
        <w:rPr>
          <w:rFonts w:ascii="微軟正黑體" w:eastAsia="微軟正黑體" w:hAnsi="微軟正黑體" w:hint="eastAsia"/>
          <w:b/>
          <w:noProof/>
          <w:color w:val="800000"/>
          <w:sz w:val="36"/>
          <w:szCs w:val="36"/>
          <w:lang w:eastAsia="zh-TW"/>
        </w:rPr>
        <w:drawing>
          <wp:anchor distT="0" distB="0" distL="114300" distR="114300" simplePos="0" relativeHeight="251658240" behindDoc="0" locked="0" layoutInCell="1" allowOverlap="1" wp14:anchorId="453D09C1" wp14:editId="1812399F">
            <wp:simplePos x="0" y="0"/>
            <wp:positionH relativeFrom="margin">
              <wp:posOffset>1196340</wp:posOffset>
            </wp:positionH>
            <wp:positionV relativeFrom="margin">
              <wp:posOffset>55245</wp:posOffset>
            </wp:positionV>
            <wp:extent cx="517537" cy="298500"/>
            <wp:effectExtent l="0" t="0" r="0" b="63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537" cy="2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  <w:b/>
          <w:color w:val="800000"/>
          <w:sz w:val="36"/>
          <w:szCs w:val="36"/>
          <w:lang w:eastAsia="zh-TW"/>
        </w:rPr>
        <w:t xml:space="preserve">     </w:t>
      </w:r>
      <w:r w:rsidR="00000000" w:rsidRPr="00773BEA">
        <w:rPr>
          <w:rFonts w:ascii="微軟正黑體" w:eastAsia="微軟正黑體" w:hAnsi="微軟正黑體" w:hint="eastAsia"/>
          <w:b/>
          <w:color w:val="800000"/>
          <w:sz w:val="36"/>
          <w:szCs w:val="36"/>
          <w:lang w:eastAsia="zh-TW"/>
        </w:rPr>
        <w:t>國立臺灣師範大學圖文傳播學系</w:t>
      </w:r>
    </w:p>
    <w:p w14:paraId="0E582A72" w14:textId="77777777" w:rsidR="00F23D00" w:rsidRPr="00773BEA" w:rsidRDefault="00000000" w:rsidP="00070174">
      <w:pPr>
        <w:spacing w:after="100" w:afterAutospacing="1" w:line="580" w:lineRule="exact"/>
        <w:jc w:val="center"/>
        <w:rPr>
          <w:rFonts w:ascii="微軟正黑體" w:eastAsia="微軟正黑體" w:hAnsi="微軟正黑體"/>
          <w:sz w:val="44"/>
          <w:szCs w:val="44"/>
          <w:lang w:eastAsia="zh-TW"/>
        </w:rPr>
      </w:pPr>
      <w:r w:rsidRPr="00773BEA">
        <w:rPr>
          <w:rFonts w:ascii="微軟正黑體" w:eastAsia="微軟正黑體" w:hAnsi="微軟正黑體" w:hint="eastAsia"/>
          <w:b/>
          <w:color w:val="800000"/>
          <w:sz w:val="44"/>
          <w:szCs w:val="44"/>
          <w:lang w:eastAsia="zh-TW"/>
        </w:rPr>
        <w:t>傑出系友推薦表</w:t>
      </w:r>
    </w:p>
    <w:p w14:paraId="676103D8" w14:textId="77777777" w:rsidR="00F23D00" w:rsidRPr="006B0ABC" w:rsidRDefault="00000000">
      <w:pPr>
        <w:spacing w:after="240"/>
        <w:jc w:val="right"/>
        <w:rPr>
          <w:rFonts w:ascii="微軟正黑體" w:eastAsia="微軟正黑體" w:hAnsi="微軟正黑體"/>
          <w:lang w:eastAsia="zh-TW"/>
        </w:rPr>
      </w:pPr>
      <w:r w:rsidRPr="006B0ABC">
        <w:rPr>
          <w:rFonts w:ascii="微軟正黑體" w:eastAsia="微軟正黑體" w:hAnsi="微軟正黑體" w:hint="eastAsia"/>
          <w:color w:val="404040"/>
          <w:sz w:val="20"/>
          <w:lang w:eastAsia="zh-TW"/>
        </w:rPr>
        <w:t>填表日期：民國 ______ 年 ______ 月 ______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2724"/>
        <w:gridCol w:w="936"/>
        <w:gridCol w:w="1988"/>
        <w:gridCol w:w="2045"/>
      </w:tblGrid>
      <w:tr w:rsidR="006B771A" w:rsidRPr="003340B3" w14:paraId="1F7B1EFF" w14:textId="448B8C59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0FDD6AA9" w14:textId="77777777" w:rsidR="006B771A" w:rsidRPr="004264F6" w:rsidRDefault="006B771A" w:rsidP="00F85F25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被推薦人姓名</w:t>
            </w:r>
            <w:proofErr w:type="spellEnd"/>
          </w:p>
        </w:tc>
        <w:tc>
          <w:tcPr>
            <w:tcW w:w="2724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C518C2B" w14:textId="77777777" w:rsidR="006B771A" w:rsidRPr="004264F6" w:rsidRDefault="006B771A" w:rsidP="00F85F25">
            <w:pPr>
              <w:spacing w:after="0" w:line="240" w:lineRule="auto"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936" w:type="dxa"/>
            <w:shd w:val="clear" w:color="auto" w:fill="F2F2F2" w:themeFill="background1" w:themeFillShade="F2"/>
          </w:tcPr>
          <w:p w14:paraId="52310D66" w14:textId="09CB1F08" w:rsidR="006B771A" w:rsidRPr="004264F6" w:rsidRDefault="006B771A" w:rsidP="00F85F25">
            <w:pPr>
              <w:spacing w:after="0" w:line="240" w:lineRule="auto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r w:rsidRPr="004264F6">
              <w:rPr>
                <w:rFonts w:ascii="微軟正黑體" w:eastAsia="微軟正黑體" w:hAnsi="微軟正黑體" w:hint="eastAsia"/>
                <w:b/>
                <w:bCs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1988" w:type="dxa"/>
          </w:tcPr>
          <w:p w14:paraId="131F4A5A" w14:textId="77777777" w:rsidR="006B771A" w:rsidRPr="004264F6" w:rsidRDefault="006B771A" w:rsidP="00F85F25">
            <w:pPr>
              <w:spacing w:after="0" w:line="240" w:lineRule="auto"/>
              <w:rPr>
                <w:rFonts w:ascii="微軟正黑體" w:eastAsia="微軟正黑體" w:hAnsi="微軟正黑體"/>
                <w:sz w:val="24"/>
                <w:szCs w:val="24"/>
              </w:rPr>
            </w:pPr>
          </w:p>
        </w:tc>
        <w:tc>
          <w:tcPr>
            <w:tcW w:w="2045" w:type="dxa"/>
            <w:vMerge w:val="restart"/>
            <w:shd w:val="clear" w:color="auto" w:fill="F2F2F2" w:themeFill="background1" w:themeFillShade="F2"/>
          </w:tcPr>
          <w:p w14:paraId="35B8A245" w14:textId="54426B68" w:rsidR="006B771A" w:rsidRPr="004264F6" w:rsidRDefault="006B771A" w:rsidP="00F85F25">
            <w:pPr>
              <w:spacing w:after="0" w:line="240" w:lineRule="auto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</w:p>
          <w:p w14:paraId="67A8CDBF" w14:textId="77777777" w:rsidR="008D5E3E" w:rsidRPr="004264F6" w:rsidRDefault="008D5E3E" w:rsidP="00F85F25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4"/>
                <w:szCs w:val="24"/>
                <w:lang w:eastAsia="zh-TW"/>
              </w:rPr>
            </w:pPr>
          </w:p>
          <w:p w14:paraId="389411A4" w14:textId="1A0C4991" w:rsidR="006B771A" w:rsidRPr="004264F6" w:rsidRDefault="006B771A" w:rsidP="008D5E3E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t>照片</w:t>
            </w:r>
          </w:p>
        </w:tc>
      </w:tr>
      <w:tr w:rsidR="006B771A" w:rsidRPr="003340B3" w14:paraId="2D80EF57" w14:textId="66392DB5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5160DA27" w14:textId="0FE61FEF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出生年月日</w:t>
            </w:r>
            <w:proofErr w:type="spellEnd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/</w:t>
            </w: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性別</w:t>
            </w:r>
            <w:proofErr w:type="spellEnd"/>
          </w:p>
        </w:tc>
        <w:tc>
          <w:tcPr>
            <w:tcW w:w="5648" w:type="dxa"/>
            <w:gridSpan w:val="3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A63E02E" w14:textId="77777777" w:rsidR="006B771A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民國 ______ 年 ______ 月 ______ 日</w:t>
            </w:r>
          </w:p>
          <w:p w14:paraId="43FBC9FE" w14:textId="349BFBB6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性別：□男  □女  □其他</w:t>
            </w:r>
          </w:p>
        </w:tc>
        <w:tc>
          <w:tcPr>
            <w:tcW w:w="2045" w:type="dxa"/>
            <w:vMerge/>
            <w:shd w:val="clear" w:color="auto" w:fill="F2F2F2" w:themeFill="background1" w:themeFillShade="F2"/>
          </w:tcPr>
          <w:p w14:paraId="3A9B6C1B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71A" w:rsidRPr="003340B3" w14:paraId="64CEB67B" w14:textId="6ABF9212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466A9CD2" w14:textId="7F7007FC" w:rsidR="006B771A" w:rsidRPr="004264F6" w:rsidRDefault="008D5E3E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t>就讀本系學籍資料</w:t>
            </w:r>
          </w:p>
        </w:tc>
        <w:tc>
          <w:tcPr>
            <w:tcW w:w="5648" w:type="dxa"/>
            <w:gridSpan w:val="3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DB8D67C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民國 ______ 年入學，______ 年畢業於本系</w:t>
            </w:r>
          </w:p>
          <w:p w14:paraId="6F4C7FC6" w14:textId="27091D01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□學士班  □碩士班  □碩士在職專班</w:t>
            </w:r>
          </w:p>
        </w:tc>
        <w:tc>
          <w:tcPr>
            <w:tcW w:w="2045" w:type="dxa"/>
            <w:vMerge/>
            <w:shd w:val="clear" w:color="auto" w:fill="F2F2F2" w:themeFill="background1" w:themeFillShade="F2"/>
          </w:tcPr>
          <w:p w14:paraId="5253B58C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71A" w:rsidRPr="003340B3" w14:paraId="20B42AE1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693B7EA6" w14:textId="02FA560B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現職資訊</w:t>
            </w:r>
            <w:proofErr w:type="spellEnd"/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8C3A748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服務單位/部門：</w:t>
            </w:r>
          </w:p>
          <w:p w14:paraId="2A768AB6" w14:textId="64F5535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職稱：</w:t>
            </w:r>
          </w:p>
        </w:tc>
      </w:tr>
      <w:tr w:rsidR="006B771A" w:rsidRPr="003340B3" w14:paraId="732A71A2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ADDCD82" w14:textId="69513F6D" w:rsidR="006B771A" w:rsidRPr="004264F6" w:rsidRDefault="008D5E3E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t>通訊資料</w:t>
            </w:r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A21D0E9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電話：</w:t>
            </w:r>
          </w:p>
          <w:p w14:paraId="2E586EEF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E-mail：</w:t>
            </w:r>
          </w:p>
          <w:p w14:paraId="11A49D12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聯絡地址：</w:t>
            </w:r>
          </w:p>
        </w:tc>
      </w:tr>
      <w:tr w:rsidR="006B771A" w:rsidRPr="003340B3" w14:paraId="09EC7DDD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16386BF4" w14:textId="77777777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主要學歷</w:t>
            </w:r>
            <w:proofErr w:type="spellEnd"/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D922106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(請由最高學歷依序填寫學校、系所、學位與修業期間)</w:t>
            </w:r>
          </w:p>
          <w:p w14:paraId="3A098B31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C4B3D2D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2D89582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71A" w:rsidRPr="003340B3" w14:paraId="271B701F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50A52E66" w14:textId="77777777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重要經歷</w:t>
            </w:r>
            <w:proofErr w:type="spellEnd"/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6BF1D1D9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(請依時間</w:t>
            </w:r>
            <w:proofErr w:type="gramStart"/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由新至舊</w:t>
            </w:r>
            <w:proofErr w:type="gramEnd"/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填寫服務單位、職稱與任職期間)</w:t>
            </w:r>
          </w:p>
          <w:p w14:paraId="370C6705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71D907F3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2E12ED04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71A" w:rsidRPr="003340B3" w14:paraId="7023E1E9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62A91B8B" w14:textId="77777777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具體傑出事蹟說明</w:t>
            </w:r>
            <w:proofErr w:type="spellEnd"/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C928BE0" w14:textId="3C7270B5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(請對照推薦類別之要求，條列概述其卓越成就、社會影響力或引領後進之具體貢獻</w:t>
            </w:r>
            <w:r w:rsidRPr="00F85F25">
              <w:rPr>
                <w:rFonts w:ascii="標楷體" w:eastAsia="標楷體" w:hAnsi="標楷體"/>
                <w:spacing w:val="-4"/>
                <w:sz w:val="24"/>
                <w:szCs w:val="24"/>
                <w:lang w:eastAsia="zh-TW"/>
              </w:rPr>
              <w:t>，並請檢附佐證資料以利審查</w:t>
            </w: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。如篇幅不足請</w:t>
            </w:r>
            <w:proofErr w:type="gramStart"/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自行加頁</w:t>
            </w:r>
            <w:proofErr w:type="gramEnd"/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)</w:t>
            </w:r>
          </w:p>
          <w:p w14:paraId="6D0CC4D3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1DE7B230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5CABA5B1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4000515D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673E435C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14:paraId="5AAB13CF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6B771A" w:rsidRPr="003340B3" w14:paraId="7221E808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2B9E8F32" w14:textId="77777777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sz w:val="24"/>
                <w:szCs w:val="24"/>
                <w:lang w:eastAsia="zh-TW"/>
              </w:rPr>
            </w:pP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t>推薦人資訊</w:t>
            </w: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br/>
              <w:t>(符合辦法第四條)</w:t>
            </w:r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CE84C33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推薦管道（請勾選）：</w:t>
            </w:r>
          </w:p>
          <w:p w14:paraId="46BCCC0F" w14:textId="3671C5B9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□本系教師推薦    □系友會推薦    □系友三人以上連署推薦</w:t>
            </w:r>
          </w:p>
          <w:p w14:paraId="53ED3DAE" w14:textId="77777777" w:rsidR="006B771A" w:rsidRPr="00F85F25" w:rsidRDefault="006B771A" w:rsidP="00A977A5">
            <w:pPr>
              <w:spacing w:beforeLines="100" w:before="240"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推薦代表/連署人姓名：</w:t>
            </w:r>
          </w:p>
          <w:p w14:paraId="4F641B12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聯絡電話：</w:t>
            </w:r>
          </w:p>
          <w:p w14:paraId="3A0BCF71" w14:textId="5C7DF5AE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與被推薦人關係：</w:t>
            </w:r>
          </w:p>
        </w:tc>
      </w:tr>
      <w:tr w:rsidR="006B771A" w:rsidRPr="003340B3" w14:paraId="3FF0DA5D" w14:textId="77777777" w:rsidTr="007703D7">
        <w:trPr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378160E7" w14:textId="2304C022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4"/>
                <w:szCs w:val="24"/>
                <w:lang w:eastAsia="zh-TW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lastRenderedPageBreak/>
              <w:t>推薦類別</w:t>
            </w:r>
            <w:proofErr w:type="spellEnd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br/>
              <w:t>(</w:t>
            </w:r>
            <w:proofErr w:type="spell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請勾選一項</w:t>
            </w:r>
            <w:proofErr w:type="spellEnd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)</w:t>
            </w:r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84BAF59" w14:textId="663614F0" w:rsidR="006B771A" w:rsidRPr="00F85F25" w:rsidRDefault="006B771A" w:rsidP="00F4298A">
            <w:pPr>
              <w:spacing w:after="0" w:line="240" w:lineRule="auto"/>
              <w:ind w:leftChars="1" w:left="256" w:rightChars="-43" w:right="-95" w:hangingChars="106" w:hanging="254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F85F25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學術研究類：</w:t>
            </w: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於教育或研究機構從事學術與教學，具卓越貢獻者。</w:t>
            </w:r>
          </w:p>
          <w:p w14:paraId="5A929863" w14:textId="39E167A7" w:rsidR="006B771A" w:rsidRPr="00F85F25" w:rsidRDefault="006B771A" w:rsidP="00F4298A">
            <w:pPr>
              <w:spacing w:after="0" w:line="240" w:lineRule="auto"/>
              <w:ind w:leftChars="1" w:left="256" w:rightChars="-43" w:right="-95" w:hangingChars="106" w:hanging="254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F85F25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產業創新類：</w:t>
            </w: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於傳播、設計、印刷科技或數位媒體等產業，具優秀經營管理或技術創新者。</w:t>
            </w:r>
          </w:p>
          <w:p w14:paraId="44ECEA80" w14:textId="17523FAC" w:rsidR="006B771A" w:rsidRPr="00F85F25" w:rsidRDefault="006B771A" w:rsidP="00F4298A">
            <w:pPr>
              <w:spacing w:after="0" w:line="240" w:lineRule="auto"/>
              <w:ind w:leftChars="1" w:left="256" w:rightChars="-43" w:right="-95" w:hangingChars="106" w:hanging="254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F85F25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文化藝術類：</w:t>
            </w: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於藝術創作、出版策展或社會公益領域，具顯著社會正面影響力者。</w:t>
            </w:r>
          </w:p>
          <w:p w14:paraId="47BA1B77" w14:textId="49616055" w:rsidR="006B771A" w:rsidRPr="00F85F25" w:rsidRDefault="006B771A" w:rsidP="00F4298A">
            <w:pPr>
              <w:spacing w:after="0" w:line="240" w:lineRule="auto"/>
              <w:ind w:leftChars="1" w:left="256" w:rightChars="-43" w:right="-95" w:hangingChars="106" w:hanging="254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□</w:t>
            </w:r>
            <w:r w:rsidRPr="00F85F25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青年翱翔類：</w:t>
            </w: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畢業未滿十年，於上述領域展現極大發展潛力之優秀  </w:t>
            </w:r>
          </w:p>
          <w:p w14:paraId="796F5A87" w14:textId="5E9E8C08" w:rsidR="006B771A" w:rsidRPr="00F85F25" w:rsidRDefault="006B771A" w:rsidP="00F4298A">
            <w:pPr>
              <w:spacing w:after="0" w:line="240" w:lineRule="auto"/>
              <w:ind w:leftChars="116" w:left="255" w:rightChars="-43" w:right="-95" w:firstLine="2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年輕校友。</w:t>
            </w:r>
          </w:p>
        </w:tc>
      </w:tr>
      <w:tr w:rsidR="006B771A" w:rsidRPr="003340B3" w14:paraId="39013B15" w14:textId="77777777" w:rsidTr="007703D7">
        <w:trPr>
          <w:trHeight w:val="1451"/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1B374FDC" w14:textId="77777777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4"/>
                <w:szCs w:val="24"/>
                <w:lang w:eastAsia="zh-TW"/>
              </w:rPr>
            </w:pP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t>推薦理由</w:t>
            </w:r>
          </w:p>
          <w:p w14:paraId="3127C1DC" w14:textId="6E7F7417" w:rsidR="00A977A5" w:rsidRPr="004264F6" w:rsidRDefault="00A977A5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4"/>
                <w:szCs w:val="24"/>
                <w:lang w:eastAsia="zh-TW"/>
              </w:rPr>
            </w:pPr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</w:t>
            </w:r>
            <w:proofErr w:type="gramStart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  <w:lang w:eastAsia="zh-TW"/>
              </w:rPr>
              <w:t>必填</w:t>
            </w:r>
            <w:proofErr w:type="gramEnd"/>
            <w:r w:rsidRPr="004264F6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)</w:t>
            </w:r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D44F1E8" w14:textId="77777777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</w:tr>
      <w:tr w:rsidR="0011519E" w:rsidRPr="003340B3" w14:paraId="0D77A274" w14:textId="77777777" w:rsidTr="007703D7">
        <w:trPr>
          <w:trHeight w:val="1451"/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4474FA03" w14:textId="444DFE41" w:rsidR="0011519E" w:rsidRPr="00184A2B" w:rsidRDefault="0011519E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sz w:val="24"/>
                <w:szCs w:val="24"/>
                <w:lang w:eastAsia="zh-TW"/>
              </w:rPr>
            </w:pPr>
            <w:r w:rsidRPr="00184A2B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  <w:t>母系永續發展與</w:t>
            </w:r>
            <w:r w:rsidRPr="00184A2B">
              <w:rPr>
                <w:rFonts w:ascii="微軟正黑體" w:eastAsia="微軟正黑體" w:hAnsi="微軟正黑體"/>
                <w:b/>
                <w:sz w:val="24"/>
                <w:szCs w:val="24"/>
                <w:lang w:eastAsia="zh-TW"/>
              </w:rPr>
              <w:br/>
            </w:r>
            <w:r w:rsidRPr="00184A2B"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  <w:t>校友傳承合作意願</w:t>
            </w:r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31EA25F" w14:textId="3D6F02A3" w:rsidR="0011519E" w:rsidRPr="00184A2B" w:rsidRDefault="0011519E" w:rsidP="00F4298A">
            <w:pPr>
              <w:tabs>
                <w:tab w:val="left" w:pos="541"/>
              </w:tabs>
              <w:spacing w:after="0" w:line="240" w:lineRule="auto"/>
              <w:ind w:leftChars="-12" w:left="-26" w:rightChars="-43" w:right="-95"/>
              <w:jc w:val="both"/>
              <w:rPr>
                <w:rFonts w:ascii="標楷體" w:eastAsia="標楷體" w:hAnsi="標楷體" w:cs="MS Mincho"/>
                <w:sz w:val="24"/>
                <w:szCs w:val="24"/>
                <w:lang w:eastAsia="zh-TW"/>
              </w:rPr>
            </w:pP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為促進母系與傑出系友之長遠連結、落實傳承並提攜學弟妹，請</w:t>
            </w:r>
            <w:r w:rsidR="00184A2B"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推薦人代為初</w:t>
            </w:r>
            <w:r w:rsidR="00184A2B" w:rsidRPr="00184A2B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步</w:t>
            </w:r>
            <w:r w:rsidR="00184A2B" w:rsidRPr="00184A2B">
              <w:rPr>
                <w:rFonts w:ascii="標楷體" w:eastAsia="標楷體" w:hAnsi="標楷體" w:cs="MS Mincho" w:hint="eastAsia"/>
                <w:sz w:val="24"/>
                <w:szCs w:val="24"/>
                <w:lang w:eastAsia="zh-TW"/>
              </w:rPr>
              <w:t>探詢</w:t>
            </w: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校友未來樂意與母系共同推動之項目（可複選</w:t>
            </w:r>
            <w:r w:rsidRPr="00184A2B">
              <w:rPr>
                <w:rFonts w:ascii="標楷體" w:eastAsia="標楷體" w:hAnsi="標楷體" w:cs="MS Mincho" w:hint="eastAsia"/>
                <w:sz w:val="24"/>
                <w:szCs w:val="24"/>
                <w:lang w:eastAsia="zh-TW"/>
              </w:rPr>
              <w:t>）：</w:t>
            </w:r>
          </w:p>
          <w:p w14:paraId="03919AB8" w14:textId="77777777" w:rsidR="0011519E" w:rsidRPr="00184A2B" w:rsidRDefault="0011519E" w:rsidP="00F4298A">
            <w:pPr>
              <w:pStyle w:val="ae"/>
              <w:numPr>
                <w:ilvl w:val="0"/>
                <w:numId w:val="14"/>
              </w:numPr>
              <w:spacing w:after="0" w:line="240" w:lineRule="auto"/>
              <w:ind w:left="258" w:rightChars="-43" w:right="-95" w:hanging="258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經驗傳承：</w:t>
            </w: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願</w:t>
            </w:r>
            <w:proofErr w:type="gramStart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受邀回母系</w:t>
            </w:r>
            <w:proofErr w:type="gramEnd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擔任職</w:t>
            </w:r>
            <w:proofErr w:type="gramStart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涯</w:t>
            </w:r>
            <w:proofErr w:type="gramEnd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講座、專題演講或產學座談講師。</w:t>
            </w:r>
          </w:p>
          <w:p w14:paraId="53AB2525" w14:textId="77777777" w:rsidR="0011519E" w:rsidRPr="00184A2B" w:rsidRDefault="0011519E" w:rsidP="00F4298A">
            <w:pPr>
              <w:pStyle w:val="ae"/>
              <w:numPr>
                <w:ilvl w:val="0"/>
                <w:numId w:val="14"/>
              </w:numPr>
              <w:spacing w:after="0" w:line="240" w:lineRule="auto"/>
              <w:ind w:left="258" w:rightChars="-43" w:right="-95" w:hanging="258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後進提攜：</w:t>
            </w: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願提供母系學弟妹企業實習機會、產業指導或就業媒合。</w:t>
            </w:r>
          </w:p>
          <w:p w14:paraId="71F0035B" w14:textId="77777777" w:rsidR="0011519E" w:rsidRPr="00184A2B" w:rsidRDefault="0011519E" w:rsidP="00F4298A">
            <w:pPr>
              <w:pStyle w:val="ae"/>
              <w:numPr>
                <w:ilvl w:val="0"/>
                <w:numId w:val="14"/>
              </w:numPr>
              <w:spacing w:after="0" w:line="240" w:lineRule="auto"/>
              <w:ind w:left="258" w:rightChars="-43" w:right="-95" w:hanging="258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產學合作：</w:t>
            </w: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願推動所屬企業與母系進行技術研發、專案合作或顧問諮詢。</w:t>
            </w:r>
          </w:p>
          <w:p w14:paraId="1F9ACD9F" w14:textId="77777777" w:rsidR="00F4298A" w:rsidRPr="00184A2B" w:rsidRDefault="0011519E" w:rsidP="00F4298A">
            <w:pPr>
              <w:pStyle w:val="ae"/>
              <w:numPr>
                <w:ilvl w:val="0"/>
                <w:numId w:val="14"/>
              </w:numPr>
              <w:spacing w:after="0" w:line="240" w:lineRule="auto"/>
              <w:ind w:left="258" w:rightChars="-43" w:right="-95" w:hanging="258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校務支持：</w:t>
            </w: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願擔任系友會幹部、學校/系</w:t>
            </w:r>
            <w:proofErr w:type="gramStart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務</w:t>
            </w:r>
            <w:proofErr w:type="gramEnd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發展顧問，協助拓展社會資源。</w:t>
            </w:r>
          </w:p>
          <w:p w14:paraId="56A83149" w14:textId="112331E1" w:rsidR="0011519E" w:rsidRPr="00184A2B" w:rsidRDefault="0011519E" w:rsidP="00F4298A">
            <w:pPr>
              <w:pStyle w:val="ae"/>
              <w:numPr>
                <w:ilvl w:val="0"/>
                <w:numId w:val="14"/>
              </w:numPr>
              <w:spacing w:after="0" w:line="240" w:lineRule="auto"/>
              <w:ind w:left="258" w:rightChars="-43" w:right="-95" w:hanging="258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資源</w:t>
            </w:r>
            <w:proofErr w:type="gramStart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挹</w:t>
            </w:r>
            <w:proofErr w:type="gramEnd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注：</w:t>
            </w:r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願透過</w:t>
            </w:r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支持母系特定發展專案</w:t>
            </w:r>
            <w:proofErr w:type="gramStart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（</w:t>
            </w:r>
            <w:proofErr w:type="gramEnd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如：圖文菁英獎助學金、空間翻新、教學軟硬體升級、系</w:t>
            </w:r>
            <w:proofErr w:type="gramStart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務</w:t>
            </w:r>
            <w:proofErr w:type="gramEnd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發展基金</w:t>
            </w:r>
            <w:proofErr w:type="gramStart"/>
            <w:r w:rsidRPr="00184A2B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）</w:t>
            </w:r>
            <w:proofErr w:type="gramEnd"/>
            <w:r w:rsidRPr="00184A2B">
              <w:rPr>
                <w:rFonts w:ascii="標楷體" w:eastAsia="標楷體" w:hAnsi="標楷體"/>
                <w:sz w:val="24"/>
                <w:szCs w:val="24"/>
                <w:lang w:eastAsia="zh-TW"/>
              </w:rPr>
              <w:t>，共同培育下一代傳播人才。</w:t>
            </w:r>
          </w:p>
        </w:tc>
      </w:tr>
      <w:tr w:rsidR="006B771A" w:rsidRPr="003340B3" w14:paraId="3F5CEC21" w14:textId="77777777" w:rsidTr="007703D7">
        <w:trPr>
          <w:trHeight w:val="1451"/>
          <w:jc w:val="center"/>
        </w:trPr>
        <w:tc>
          <w:tcPr>
            <w:tcW w:w="2282" w:type="dxa"/>
            <w:shd w:val="clear" w:color="auto" w:fill="F2F2F2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2A5E2B45" w14:textId="2183E89B" w:rsidR="006B771A" w:rsidRPr="004264F6" w:rsidRDefault="006B771A" w:rsidP="006B771A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4"/>
                <w:szCs w:val="24"/>
                <w:lang w:eastAsia="zh-TW"/>
              </w:rPr>
            </w:pPr>
            <w:proofErr w:type="spellStart"/>
            <w:r w:rsidRPr="004264F6">
              <w:rPr>
                <w:rFonts w:ascii="微軟正黑體" w:eastAsia="微軟正黑體" w:hAnsi="微軟正黑體" w:hint="eastAsia"/>
                <w:b/>
                <w:bCs/>
                <w:color w:val="000000"/>
                <w:sz w:val="24"/>
                <w:szCs w:val="24"/>
              </w:rPr>
              <w:t>推薦</w:t>
            </w:r>
            <w:proofErr w:type="spellEnd"/>
            <w:r w:rsidR="004264F6">
              <w:rPr>
                <w:rFonts w:ascii="微軟正黑體" w:eastAsia="微軟正黑體" w:hAnsi="微軟正黑體" w:hint="eastAsia"/>
                <w:b/>
                <w:bCs/>
                <w:color w:val="000000"/>
                <w:sz w:val="24"/>
                <w:szCs w:val="24"/>
                <w:lang w:eastAsia="zh-TW"/>
              </w:rPr>
              <w:t>人</w:t>
            </w:r>
            <w:proofErr w:type="spellStart"/>
            <w:r w:rsidRPr="004264F6">
              <w:rPr>
                <w:rFonts w:ascii="微軟正黑體" w:eastAsia="微軟正黑體" w:hAnsi="微軟正黑體" w:hint="eastAsia"/>
                <w:b/>
                <w:bCs/>
                <w:color w:val="000000"/>
                <w:sz w:val="24"/>
                <w:szCs w:val="24"/>
              </w:rPr>
              <w:t>簽章</w:t>
            </w:r>
            <w:proofErr w:type="spellEnd"/>
          </w:p>
        </w:tc>
        <w:tc>
          <w:tcPr>
            <w:tcW w:w="7693" w:type="dxa"/>
            <w:gridSpan w:val="4"/>
            <w:tcMar>
              <w:top w:w="140" w:type="dxa"/>
              <w:left w:w="150" w:type="dxa"/>
              <w:bottom w:w="140" w:type="dxa"/>
              <w:right w:w="150" w:type="dxa"/>
            </w:tcMar>
            <w:vAlign w:val="bottom"/>
          </w:tcPr>
          <w:p w14:paraId="5C1133BF" w14:textId="74DA8FA1" w:rsidR="006B771A" w:rsidRPr="00F85F25" w:rsidRDefault="006B771A" w:rsidP="00F4298A">
            <w:pPr>
              <w:adjustRightInd w:val="0"/>
              <w:snapToGrid w:val="0"/>
              <w:spacing w:after="0" w:line="240" w:lineRule="auto"/>
              <w:ind w:left="540" w:hangingChars="225" w:hanging="54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系</w:t>
            </w:r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友個人資料蒐集處理利用告知聲明：</w:t>
            </w:r>
          </w:p>
          <w:p w14:paraId="1AFB0014" w14:textId="42F2D7CE" w:rsidR="006B771A" w:rsidRPr="00F85F25" w:rsidRDefault="006B771A" w:rsidP="00F4298A">
            <w:pPr>
              <w:pStyle w:val="ae"/>
              <w:widowControl w:val="0"/>
              <w:numPr>
                <w:ilvl w:val="0"/>
                <w:numId w:val="10"/>
              </w:numPr>
              <w:adjustRightInd w:val="0"/>
              <w:snapToGrid w:val="0"/>
              <w:spacing w:after="0" w:line="240" w:lineRule="auto"/>
              <w:ind w:left="540" w:hangingChars="225" w:hanging="540"/>
              <w:contextualSpacing w:val="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師大圖文傳播學系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基於「傑出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系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友選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拔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」之目的，須蒐集被推薦人之「姓名、學號、</w:t>
            </w:r>
            <w:r w:rsidR="008D5E3E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照片、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出生年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月日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、性別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、</w:t>
            </w:r>
            <w:r w:rsidR="008D5E3E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就讀本系學籍資料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、現職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資訊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、通訊</w:t>
            </w:r>
            <w:r w:rsidR="008D5E3E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資料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、學經歷、傑出事蹟及相關佐證資料</w:t>
            </w:r>
            <w:r w:rsidR="00184A2B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、與母系合作意願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」。以進行資料建檔、推薦遴選、頒獎表揚及必要聯繫之用。</w:t>
            </w:r>
          </w:p>
          <w:p w14:paraId="2A3EC301" w14:textId="5975495A" w:rsidR="006B771A" w:rsidRPr="008D5E3E" w:rsidRDefault="006B771A" w:rsidP="00F4298A">
            <w:pPr>
              <w:pStyle w:val="ae"/>
              <w:widowControl w:val="0"/>
              <w:numPr>
                <w:ilvl w:val="0"/>
                <w:numId w:val="10"/>
              </w:numPr>
              <w:adjustRightInd w:val="0"/>
              <w:snapToGrid w:val="0"/>
              <w:spacing w:after="0" w:line="240" w:lineRule="auto"/>
              <w:ind w:left="540" w:hangingChars="225" w:hanging="540"/>
              <w:contextualSpacing w:val="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proofErr w:type="gramStart"/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個</w:t>
            </w:r>
            <w:proofErr w:type="gramEnd"/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資當事人得依法行使請求查閱、補充、更正；請求製給複製本；請求停止蒐集、處理、利用；請求刪除個人資料等權利。如有需要請洽本</w:t>
            </w:r>
            <w:r w:rsidR="008D5E3E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系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(電話：</w:t>
            </w:r>
            <w:r w:rsidR="008D5E3E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02-7749-3593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或電子信箱：</w:t>
            </w:r>
            <w:hyperlink r:id="rId9" w:history="1">
              <w:r w:rsidR="008D5E3E" w:rsidRPr="008D5E3E">
                <w:rPr>
                  <w:rStyle w:val="affb"/>
                  <w:rFonts w:ascii="標楷體" w:eastAsia="標楷體" w:hAnsi="標楷體" w:hint="eastAsia"/>
                  <w:sz w:val="24"/>
                  <w:szCs w:val="24"/>
                  <w:lang w:eastAsia="zh-TW"/>
                </w:rPr>
                <w:t>sylvia@ntnu.edu.tw</w:t>
              </w:r>
            </w:hyperlink>
            <w:r w:rsidRPr="008D5E3E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)</w:t>
            </w:r>
            <w:r w:rsidRPr="008D5E3E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。</w:t>
            </w:r>
          </w:p>
          <w:p w14:paraId="44CBB8A2" w14:textId="77777777" w:rsidR="006B771A" w:rsidRPr="00F85F25" w:rsidRDefault="006B771A" w:rsidP="00A977A5">
            <w:pPr>
              <w:pStyle w:val="ae"/>
              <w:widowControl w:val="0"/>
              <w:numPr>
                <w:ilvl w:val="0"/>
                <w:numId w:val="10"/>
              </w:numPr>
              <w:adjustRightInd w:val="0"/>
              <w:snapToGrid w:val="0"/>
              <w:spacing w:after="0" w:line="240" w:lineRule="auto"/>
              <w:ind w:left="540" w:rightChars="50" w:right="110" w:hangingChars="225" w:hanging="540"/>
              <w:contextualSpacing w:val="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推薦單位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提送</w:t>
            </w:r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本</w:t>
            </w:r>
            <w:r w:rsidRPr="00F85F25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表格時，請確認候選人同意被推薦。</w:t>
            </w:r>
          </w:p>
          <w:p w14:paraId="5676EC54" w14:textId="77777777" w:rsidR="006B771A" w:rsidRPr="00F85F25" w:rsidRDefault="006B771A" w:rsidP="006B771A">
            <w:pPr>
              <w:adjustRightInd w:val="0"/>
              <w:snapToGrid w:val="0"/>
              <w:spacing w:after="0" w:line="240" w:lineRule="auto"/>
              <w:ind w:rightChars="50" w:right="1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</w:p>
          <w:p w14:paraId="7C853CE2" w14:textId="1C8FDEF0" w:rsidR="006B771A" w:rsidRPr="00F85F25" w:rsidRDefault="006B771A" w:rsidP="006B771A">
            <w:pPr>
              <w:adjustRightInd w:val="0"/>
              <w:snapToGrid w:val="0"/>
              <w:spacing w:after="0" w:line="240" w:lineRule="auto"/>
              <w:ind w:rightChars="50" w:right="11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以上</w:t>
            </w:r>
            <w:proofErr w:type="gramStart"/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內容均已了解</w:t>
            </w:r>
            <w:proofErr w:type="gramEnd"/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，</w:t>
            </w:r>
            <w:proofErr w:type="gramStart"/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所檢附</w:t>
            </w:r>
            <w:proofErr w:type="gramEnd"/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資料與證明文件確實無誤。</w:t>
            </w:r>
          </w:p>
          <w:p w14:paraId="419AE80A" w14:textId="77777777" w:rsidR="006B771A" w:rsidRDefault="006B771A" w:rsidP="006B771A">
            <w:pPr>
              <w:adjustRightInd w:val="0"/>
              <w:snapToGrid w:val="0"/>
              <w:spacing w:after="0" w:line="240" w:lineRule="auto"/>
              <w:ind w:rightChars="50" w:right="110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  <w:lang w:eastAsia="zh-TW"/>
              </w:rPr>
            </w:pPr>
          </w:p>
          <w:p w14:paraId="1E7DAD9A" w14:textId="6628ADA8" w:rsidR="006B771A" w:rsidRDefault="006B771A" w:rsidP="006B771A">
            <w:pPr>
              <w:adjustRightInd w:val="0"/>
              <w:snapToGrid w:val="0"/>
              <w:spacing w:after="0" w:line="240" w:lineRule="auto"/>
              <w:ind w:rightChars="50" w:right="110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color w:val="FF0000"/>
                <w:sz w:val="24"/>
                <w:szCs w:val="24"/>
                <w:lang w:eastAsia="zh-TW"/>
              </w:rPr>
              <w:t>推薦代表/連署人簽章：</w:t>
            </w:r>
          </w:p>
          <w:p w14:paraId="45879F78" w14:textId="77777777" w:rsidR="00A977A5" w:rsidRPr="00F85F25" w:rsidRDefault="00A977A5" w:rsidP="006B771A">
            <w:pPr>
              <w:adjustRightInd w:val="0"/>
              <w:snapToGrid w:val="0"/>
              <w:spacing w:after="0" w:line="240" w:lineRule="auto"/>
              <w:ind w:rightChars="50" w:right="110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  <w:lang w:eastAsia="zh-TW"/>
              </w:rPr>
            </w:pPr>
          </w:p>
          <w:p w14:paraId="06120C0D" w14:textId="77777777" w:rsidR="006B771A" w:rsidRDefault="006B771A" w:rsidP="006B771A">
            <w:pPr>
              <w:spacing w:after="0" w:line="240" w:lineRule="auto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</w:p>
          <w:p w14:paraId="79AEBB86" w14:textId="6EC49196" w:rsidR="006B771A" w:rsidRPr="00F85F25" w:rsidRDefault="006B771A" w:rsidP="006B771A">
            <w:pPr>
              <w:spacing w:after="0" w:line="240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85F25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日期：　　 年　　月　　日</w:t>
            </w:r>
          </w:p>
        </w:tc>
      </w:tr>
    </w:tbl>
    <w:p w14:paraId="19CF6DC6" w14:textId="681731AC" w:rsidR="00F23D00" w:rsidRPr="003340B3" w:rsidRDefault="00000000" w:rsidP="006B0ABC">
      <w:pPr>
        <w:spacing w:before="240" w:after="120"/>
        <w:ind w:leftChars="193" w:left="425"/>
        <w:rPr>
          <w:rFonts w:ascii="微軟正黑體" w:eastAsia="微軟正黑體" w:hAnsi="微軟正黑體"/>
          <w:sz w:val="24"/>
          <w:szCs w:val="24"/>
          <w:lang w:eastAsia="zh-TW"/>
        </w:rPr>
      </w:pPr>
      <w:r w:rsidRPr="003340B3">
        <w:rPr>
          <w:rFonts w:ascii="微軟正黑體" w:eastAsia="微軟正黑體" w:hAnsi="微軟正黑體" w:hint="eastAsia"/>
          <w:i/>
          <w:sz w:val="24"/>
          <w:szCs w:val="24"/>
          <w:lang w:eastAsia="zh-TW"/>
        </w:rPr>
        <w:t>*備註：請於截止日前，將本表暨相關證明文件（如獲獎證明、作品、著作等）送交圖文傳播學系辦公室辦理。</w:t>
      </w:r>
    </w:p>
    <w:sectPr w:rsidR="00F23D00" w:rsidRPr="003340B3" w:rsidSect="002D6364">
      <w:pgSz w:w="11906" w:h="16838" w:code="9"/>
      <w:pgMar w:top="993" w:right="720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6EE9D" w14:textId="77777777" w:rsidR="005B1CB3" w:rsidRDefault="005B1CB3" w:rsidP="00D77E6C">
      <w:pPr>
        <w:spacing w:after="0" w:line="240" w:lineRule="auto"/>
      </w:pPr>
      <w:r>
        <w:separator/>
      </w:r>
    </w:p>
  </w:endnote>
  <w:endnote w:type="continuationSeparator" w:id="0">
    <w:p w14:paraId="382174F7" w14:textId="77777777" w:rsidR="005B1CB3" w:rsidRDefault="005B1CB3" w:rsidP="00D77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75934" w14:textId="77777777" w:rsidR="005B1CB3" w:rsidRDefault="005B1CB3" w:rsidP="00D77E6C">
      <w:pPr>
        <w:spacing w:after="0" w:line="240" w:lineRule="auto"/>
      </w:pPr>
      <w:r>
        <w:separator/>
      </w:r>
    </w:p>
  </w:footnote>
  <w:footnote w:type="continuationSeparator" w:id="0">
    <w:p w14:paraId="5E8FFBCB" w14:textId="77777777" w:rsidR="005B1CB3" w:rsidRDefault="005B1CB3" w:rsidP="00D77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404427"/>
    <w:multiLevelType w:val="hybridMultilevel"/>
    <w:tmpl w:val="BE38184A"/>
    <w:lvl w:ilvl="0" w:tplc="2FCAA17C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157026D"/>
    <w:multiLevelType w:val="hybridMultilevel"/>
    <w:tmpl w:val="855A73B6"/>
    <w:lvl w:ilvl="0" w:tplc="04090001">
      <w:start w:val="1"/>
      <w:numFmt w:val="bullet"/>
      <w:lvlText w:val=""/>
      <w:lvlJc w:val="left"/>
      <w:pPr>
        <w:ind w:left="4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4" w:hanging="480"/>
      </w:pPr>
      <w:rPr>
        <w:rFonts w:ascii="Wingdings" w:hAnsi="Wingdings" w:hint="default"/>
      </w:rPr>
    </w:lvl>
  </w:abstractNum>
  <w:abstractNum w:abstractNumId="11" w15:restartNumberingAfterBreak="0">
    <w:nsid w:val="67363E99"/>
    <w:multiLevelType w:val="hybridMultilevel"/>
    <w:tmpl w:val="7F08C74E"/>
    <w:lvl w:ilvl="0" w:tplc="2FCAA17C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1906D40"/>
    <w:multiLevelType w:val="hybridMultilevel"/>
    <w:tmpl w:val="B212ED5E"/>
    <w:lvl w:ilvl="0" w:tplc="CC4C37D8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5A16CBA"/>
    <w:multiLevelType w:val="hybridMultilevel"/>
    <w:tmpl w:val="C7B4FCE4"/>
    <w:lvl w:ilvl="0" w:tplc="2FCAA17C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27010636">
    <w:abstractNumId w:val="8"/>
  </w:num>
  <w:num w:numId="2" w16cid:durableId="1902713120">
    <w:abstractNumId w:val="6"/>
  </w:num>
  <w:num w:numId="3" w16cid:durableId="1394503940">
    <w:abstractNumId w:val="5"/>
  </w:num>
  <w:num w:numId="4" w16cid:durableId="995958611">
    <w:abstractNumId w:val="4"/>
  </w:num>
  <w:num w:numId="5" w16cid:durableId="1846894561">
    <w:abstractNumId w:val="7"/>
  </w:num>
  <w:num w:numId="6" w16cid:durableId="1925920799">
    <w:abstractNumId w:val="3"/>
  </w:num>
  <w:num w:numId="7" w16cid:durableId="1439719622">
    <w:abstractNumId w:val="2"/>
  </w:num>
  <w:num w:numId="8" w16cid:durableId="1720665148">
    <w:abstractNumId w:val="1"/>
  </w:num>
  <w:num w:numId="9" w16cid:durableId="42754723">
    <w:abstractNumId w:val="0"/>
  </w:num>
  <w:num w:numId="10" w16cid:durableId="2015568772">
    <w:abstractNumId w:val="12"/>
  </w:num>
  <w:num w:numId="11" w16cid:durableId="1036663974">
    <w:abstractNumId w:val="13"/>
  </w:num>
  <w:num w:numId="12" w16cid:durableId="1719085695">
    <w:abstractNumId w:val="9"/>
  </w:num>
  <w:num w:numId="13" w16cid:durableId="1255432686">
    <w:abstractNumId w:val="10"/>
  </w:num>
  <w:num w:numId="14" w16cid:durableId="12498024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174"/>
    <w:rsid w:val="0011519E"/>
    <w:rsid w:val="0015074B"/>
    <w:rsid w:val="00184A2B"/>
    <w:rsid w:val="001B72E2"/>
    <w:rsid w:val="001F26E6"/>
    <w:rsid w:val="00233BF2"/>
    <w:rsid w:val="0029639D"/>
    <w:rsid w:val="002D6364"/>
    <w:rsid w:val="00326F90"/>
    <w:rsid w:val="003340B3"/>
    <w:rsid w:val="00383D68"/>
    <w:rsid w:val="004231F6"/>
    <w:rsid w:val="004264F6"/>
    <w:rsid w:val="004744E8"/>
    <w:rsid w:val="00561C1B"/>
    <w:rsid w:val="005B1CB3"/>
    <w:rsid w:val="005F7EB1"/>
    <w:rsid w:val="006030C4"/>
    <w:rsid w:val="00623FD8"/>
    <w:rsid w:val="006B0ABC"/>
    <w:rsid w:val="006B771A"/>
    <w:rsid w:val="006F083E"/>
    <w:rsid w:val="007703D7"/>
    <w:rsid w:val="00773BEA"/>
    <w:rsid w:val="007913D1"/>
    <w:rsid w:val="00872A67"/>
    <w:rsid w:val="008D5E3E"/>
    <w:rsid w:val="00A16E26"/>
    <w:rsid w:val="00A61819"/>
    <w:rsid w:val="00A977A5"/>
    <w:rsid w:val="00AA1D8D"/>
    <w:rsid w:val="00AA3C32"/>
    <w:rsid w:val="00B47730"/>
    <w:rsid w:val="00B63248"/>
    <w:rsid w:val="00CB0664"/>
    <w:rsid w:val="00D562B2"/>
    <w:rsid w:val="00D77E6C"/>
    <w:rsid w:val="00E82FF1"/>
    <w:rsid w:val="00ED6E21"/>
    <w:rsid w:val="00F20164"/>
    <w:rsid w:val="00F23D00"/>
    <w:rsid w:val="00F40B2C"/>
    <w:rsid w:val="00F417AE"/>
    <w:rsid w:val="00F4298A"/>
    <w:rsid w:val="00F85F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B328F2"/>
  <w14:defaultImageDpi w14:val="300"/>
  <w15:docId w15:val="{B253C0B9-57E0-4F8D-AD45-4C60E0E8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本文 字元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巨集文字 字元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引文 字元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afb">
    <w:name w:val="Intense Quote"/>
    <w:basedOn w:val="a1"/>
    <w:next w:val="a1"/>
    <w:link w:val="afc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鮮明引文 字元"/>
    <w:basedOn w:val="a2"/>
    <w:link w:val="afb"/>
    <w:uiPriority w:val="30"/>
    <w:rsid w:val="00FC693F"/>
    <w:rPr>
      <w:b/>
      <w:bCs/>
      <w:i/>
      <w:iCs/>
      <w:color w:val="4F81BD" w:themeColor="accent1"/>
    </w:rPr>
  </w:style>
  <w:style w:type="character" w:styleId="afd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f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0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2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3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f">
    <w:name w:val="清單段落 字元"/>
    <w:link w:val="ae"/>
    <w:uiPriority w:val="34"/>
    <w:rsid w:val="00F85F25"/>
  </w:style>
  <w:style w:type="character" w:styleId="affb">
    <w:name w:val="Hyperlink"/>
    <w:basedOn w:val="a2"/>
    <w:uiPriority w:val="99"/>
    <w:unhideWhenUsed/>
    <w:rsid w:val="00F85F25"/>
    <w:rPr>
      <w:color w:val="0000FF" w:themeColor="hyperlink"/>
      <w:u w:val="single"/>
    </w:rPr>
  </w:style>
  <w:style w:type="character" w:styleId="affc">
    <w:name w:val="Unresolved Mention"/>
    <w:basedOn w:val="a2"/>
    <w:uiPriority w:val="99"/>
    <w:semiHidden/>
    <w:unhideWhenUsed/>
    <w:rsid w:val="008D5E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User\AppData\Roaming\Microsoft\Word\sylvia@ntnu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5128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User</cp:lastModifiedBy>
  <cp:revision>6</cp:revision>
  <cp:lastPrinted>2026-09-22T03:53:00Z</cp:lastPrinted>
  <dcterms:created xsi:type="dcterms:W3CDTF">2026-09-08T06:50:00Z</dcterms:created>
  <dcterms:modified xsi:type="dcterms:W3CDTF">2026-09-22T03:53:00Z</dcterms:modified>
  <cp:category/>
</cp:coreProperties>
</file>